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88" w:lineRule="auto"/>
        <w:jc w:val="center"/>
      </w:pPr>
      <w:r>
        <w:rPr>
          <w:rFonts w:ascii="Times New Roman" w:hAnsi="Times New Roman" w:eastAsia="黑体"/>
          <w:b w:val="0"/>
          <w:sz w:val="32"/>
        </w:rPr>
        <w:t>2026年度“林桥”系外行星论坛报名表</w:t>
      </w:r>
    </w:p>
    <w:p>
      <w:pPr>
        <w:spacing w:before="0" w:after="200"/>
        <w:jc w:val="center"/>
      </w:pPr>
      <w:r>
        <w:rPr>
          <w:rFonts w:ascii="Times New Roman" w:hAnsi="Times New Roman" w:eastAsia="宋体"/>
          <w:b w:val="0"/>
          <w:sz w:val="21"/>
        </w:rPr>
        <w:t>（附件1）</w:t>
      </w:r>
    </w:p>
    <w:tbl>
      <w:tblPr>
        <w:tblStyle w:val="TableGrid"/>
        <w:tblW w:type="dxa" w:w="8958"/>
        <w:jc w:val="center"/>
        <w:tblLayout w:type="fixed"/>
        <w:tblLook w:firstColumn="1" w:firstRow="1" w:lastColumn="0" w:lastRow="0" w:noHBand="0" w:noVBand="1" w:val="04A0"/>
      </w:tblPr>
      <w:tblGrid>
        <w:gridCol w:w="1928"/>
        <w:gridCol w:w="7030"/>
      </w:tblGrid>
      <w:tr>
        <w:trPr>
          <w:trHeight w:val="567" w:hRule="atLeast"/>
        </w:trPr>
        <w:tc>
          <w:tcPr>
            <w:tcW w:type="dxa" w:w="1928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宋体"/>
                <w:b/>
                <w:sz w:val="24"/>
              </w:rPr>
              <w:t>姓　　名</w:t>
            </w:r>
          </w:p>
        </w:tc>
        <w:tc>
          <w:tcPr>
            <w:tcW w:type="dxa" w:w="7030"/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b w:val="0"/>
                <w:sz w:val="24"/>
              </w:rPr>
            </w:r>
          </w:p>
        </w:tc>
      </w:tr>
      <w:tr>
        <w:trPr>
          <w:trHeight w:val="567" w:hRule="atLeast"/>
        </w:trPr>
        <w:tc>
          <w:tcPr>
            <w:tcW w:type="dxa" w:w="1928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宋体"/>
                <w:b/>
                <w:sz w:val="24"/>
              </w:rPr>
              <w:t>性　　别</w:t>
            </w:r>
          </w:p>
        </w:tc>
        <w:tc>
          <w:tcPr>
            <w:tcW w:type="dxa" w:w="7030"/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b w:val="0"/>
                <w:sz w:val="24"/>
              </w:rPr>
              <w:t>□ 男　　□ 女</w:t>
            </w:r>
          </w:p>
        </w:tc>
      </w:tr>
      <w:tr>
        <w:trPr>
          <w:trHeight w:val="567" w:hRule="atLeast"/>
        </w:trPr>
        <w:tc>
          <w:tcPr>
            <w:tcW w:type="dxa" w:w="1928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宋体"/>
                <w:b/>
                <w:sz w:val="24"/>
              </w:rPr>
              <w:t>手机号码</w:t>
            </w:r>
          </w:p>
        </w:tc>
        <w:tc>
          <w:tcPr>
            <w:tcW w:type="dxa" w:w="7030"/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b w:val="0"/>
                <w:sz w:val="24"/>
              </w:rPr>
            </w:r>
          </w:p>
        </w:tc>
      </w:tr>
      <w:tr>
        <w:trPr>
          <w:trHeight w:val="567" w:hRule="atLeast"/>
        </w:trPr>
        <w:tc>
          <w:tcPr>
            <w:tcW w:type="dxa" w:w="1928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宋体"/>
                <w:b/>
                <w:sz w:val="24"/>
              </w:rPr>
              <w:t>电子邮箱</w:t>
            </w:r>
          </w:p>
        </w:tc>
        <w:tc>
          <w:tcPr>
            <w:tcW w:type="dxa" w:w="7030"/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b w:val="0"/>
                <w:sz w:val="24"/>
              </w:rPr>
            </w:r>
          </w:p>
        </w:tc>
      </w:tr>
      <w:tr>
        <w:trPr>
          <w:trHeight w:val="567" w:hRule="atLeast"/>
        </w:trPr>
        <w:tc>
          <w:tcPr>
            <w:tcW w:type="dxa" w:w="1928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宋体"/>
                <w:b/>
                <w:sz w:val="24"/>
              </w:rPr>
              <w:t>就读学校</w:t>
            </w:r>
          </w:p>
        </w:tc>
        <w:tc>
          <w:tcPr>
            <w:tcW w:type="dxa" w:w="7030"/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b w:val="0"/>
                <w:sz w:val="24"/>
              </w:rPr>
            </w:r>
          </w:p>
        </w:tc>
      </w:tr>
      <w:tr>
        <w:trPr>
          <w:trHeight w:val="794" w:hRule="atLeast"/>
        </w:trPr>
        <w:tc>
          <w:tcPr>
            <w:tcW w:type="dxa" w:w="1928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宋体"/>
                <w:b/>
                <w:sz w:val="24"/>
              </w:rPr>
              <w:t>报告题目</w:t>
            </w:r>
          </w:p>
        </w:tc>
        <w:tc>
          <w:tcPr>
            <w:tcW w:type="dxa" w:w="7030"/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b w:val="0"/>
                <w:sz w:val="24"/>
              </w:rPr>
            </w:r>
          </w:p>
        </w:tc>
      </w:tr>
      <w:tr>
        <w:trPr>
          <w:trHeight w:val="4082" w:hRule="atLeast"/>
        </w:trPr>
        <w:tc>
          <w:tcPr>
            <w:tcW w:type="dxa" w:w="1928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宋体"/>
                <w:b/>
                <w:sz w:val="24"/>
              </w:rPr>
              <w:t>报告摘要</w:t>
            </w:r>
          </w:p>
        </w:tc>
        <w:tc>
          <w:tcPr>
            <w:tcW w:type="dxa" w:w="7030"/>
            <w:vAlign w:val="top"/>
          </w:tcPr>
          <w:p>
            <w:pPr>
              <w:spacing w:before="80" w:after="20"/>
              <w:jc w:val="left"/>
            </w:pPr>
            <w:r>
              <w:rPr>
                <w:rFonts w:ascii="Times New Roman" w:hAnsi="Times New Roman" w:eastAsia="宋体"/>
                <w:b w:val="0"/>
                <w:sz w:val="24"/>
              </w:rPr>
            </w:r>
            <w:r>
              <w:rPr>
                <w:rFonts w:ascii="Times New Roman" w:hAnsi="Times New Roman" w:eastAsia="宋体"/>
                <w:b w:val="0"/>
                <w:color w:val="808080"/>
                <w:sz w:val="18"/>
              </w:rPr>
              <w:t>（请用中文撰写，300字以内，注明研究背景、方法、主要结果与结论）</w:t>
            </w:r>
          </w:p>
        </w:tc>
      </w:tr>
      <w:tr>
        <w:trPr>
          <w:trHeight w:val="567" w:hRule="atLeast"/>
        </w:trPr>
        <w:tc>
          <w:tcPr>
            <w:tcW w:type="dxa" w:w="1928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宋体"/>
                <w:b/>
                <w:sz w:val="24"/>
              </w:rPr>
              <w:t>预计到会日期</w:t>
            </w:r>
          </w:p>
        </w:tc>
        <w:tc>
          <w:tcPr>
            <w:tcW w:type="dxa" w:w="7030"/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b w:val="0"/>
                <w:sz w:val="24"/>
              </w:rPr>
              <w:t>2026 年　　月　　日</w:t>
            </w:r>
          </w:p>
        </w:tc>
      </w:tr>
      <w:tr>
        <w:trPr>
          <w:trHeight w:val="567" w:hRule="atLeast"/>
        </w:trPr>
        <w:tc>
          <w:tcPr>
            <w:tcW w:type="dxa" w:w="1928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宋体"/>
                <w:b/>
                <w:sz w:val="24"/>
              </w:rPr>
              <w:t>预计离会日期</w:t>
            </w:r>
          </w:p>
        </w:tc>
        <w:tc>
          <w:tcPr>
            <w:tcW w:type="dxa" w:w="7030"/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b w:val="0"/>
                <w:sz w:val="24"/>
              </w:rPr>
              <w:t>2026 年　　月　　日</w:t>
            </w:r>
          </w:p>
        </w:tc>
      </w:tr>
    </w:tbl>
    <w:p>
      <w:pPr>
        <w:spacing w:before="0" w:after="80"/>
      </w:pPr>
    </w:p>
    <w:p>
      <w:pPr>
        <w:spacing w:before="80" w:after="40"/>
      </w:pPr>
      <w:r>
        <w:rPr>
          <w:rFonts w:ascii="Times New Roman" w:hAnsi="Times New Roman" w:eastAsia="黑体"/>
          <w:b w:val="0"/>
          <w:sz w:val="22"/>
        </w:rPr>
        <w:t>填表说明：</w:t>
      </w:r>
    </w:p>
    <w:p>
      <w:pPr>
        <w:spacing w:before="0" w:after="0" w:line="336" w:lineRule="auto"/>
      </w:pPr>
      <w:r>
        <w:rPr>
          <w:rFonts w:ascii="Times New Roman" w:hAnsi="Times New Roman" w:eastAsia="宋体"/>
          <w:b w:val="0"/>
          <w:sz w:val="21"/>
        </w:rPr>
        <w:t>1. 本表是本次论坛的报名凭证，请如实、完整填写；所填信息仅用于会务安排，不作其他用途。</w:t>
      </w:r>
    </w:p>
    <w:p>
      <w:pPr>
        <w:spacing w:before="0" w:after="0" w:line="336" w:lineRule="auto"/>
      </w:pPr>
      <w:r>
        <w:rPr>
          <w:rFonts w:ascii="Times New Roman" w:hAnsi="Times New Roman" w:eastAsia="宋体"/>
          <w:b w:val="0"/>
          <w:sz w:val="21"/>
        </w:rPr>
        <w:t>2. 除“报告题目”“报告摘要”外，其余各项均为必填；不作口头报告者，这两项请填“无”。</w:t>
      </w:r>
    </w:p>
    <w:p>
      <w:pPr>
        <w:spacing w:before="0" w:after="0" w:line="336" w:lineRule="auto"/>
      </w:pPr>
      <w:r>
        <w:rPr>
          <w:rFonts w:ascii="Times New Roman" w:hAnsi="Times New Roman" w:eastAsia="宋体"/>
          <w:b w:val="0"/>
          <w:sz w:val="21"/>
        </w:rPr>
        <w:t>3. 报告摘要请用中文撰写，300字以内；如内容较多，可在本表后另附一页。</w:t>
      </w:r>
    </w:p>
    <w:p>
      <w:pPr>
        <w:spacing w:before="0" w:after="0" w:line="336" w:lineRule="auto"/>
      </w:pPr>
      <w:r>
        <w:rPr>
          <w:rFonts w:ascii="Times New Roman" w:hAnsi="Times New Roman" w:eastAsia="宋体"/>
          <w:b w:val="0"/>
          <w:sz w:val="21"/>
        </w:rPr>
        <w:t>4. 表格行高不足时请自行调整；填好后请将文件名设为“姓名-就读学校-报名表”。</w:t>
      </w:r>
    </w:p>
    <w:p>
      <w:pPr>
        <w:spacing w:before="0" w:after="0" w:line="336" w:lineRule="auto"/>
      </w:pPr>
      <w:r>
        <w:rPr>
          <w:rFonts w:ascii="Times New Roman" w:hAnsi="Times New Roman" w:eastAsia="宋体"/>
          <w:b w:val="0"/>
          <w:sz w:val="21"/>
        </w:rPr>
        <w:t>5. 请于2026年9月30日前将本表上传至：https://box.nju.edu.cn/u/d/36cc3682c79444669ff0</w:t>
      </w:r>
    </w:p>
    <w:p>
      <w:pPr>
        <w:spacing w:before="0" w:after="0" w:line="336" w:lineRule="auto"/>
      </w:pPr>
      <w:r>
        <w:rPr>
          <w:rFonts w:ascii="Times New Roman" w:hAnsi="Times New Roman" w:eastAsia="宋体"/>
          <w:b w:val="0"/>
          <w:sz w:val="21"/>
        </w:rPr>
        <w:t>6. 会议联系人：谢基伟（jwxie@nju.edu.cn）。</w:t>
      </w:r>
    </w:p>
    <w:sectPr w:rsidR="00FC693F" w:rsidRPr="0006063C" w:rsidSect="00034616">
      <w:pgSz w:w="11906" w:h="16838"/>
      <w:pgMar w:top="1247" w:right="1474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